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52"/>
        <w:gridCol w:w="3552"/>
        <w:gridCol w:w="3552"/>
      </w:tblGrid>
      <w:tr w:rsidR="00B2143F" w14:paraId="443DC5A5" w14:textId="77777777">
        <w:trPr>
          <w:jc w:val="center"/>
        </w:trPr>
        <w:tc>
          <w:tcPr>
            <w:tcW w:w="35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E4224" w14:textId="77777777" w:rsidR="00B2143F" w:rsidRDefault="00C86CC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466C72" wp14:editId="66BB2482">
                  <wp:extent cx="978408" cy="94606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ycare_logo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408" cy="946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4C4881" w14:textId="77777777" w:rsidR="00B2143F" w:rsidRDefault="00C86CC6">
            <w:pPr>
              <w:spacing w:after="0"/>
              <w:jc w:val="center"/>
            </w:pPr>
            <w:r>
              <w:rPr>
                <w:rFonts w:ascii="Aptos Display" w:hAnsi="Aptos Display"/>
                <w:b/>
                <w:color w:val="007A3D"/>
                <w:sz w:val="44"/>
              </w:rPr>
              <w:t>KRISPY KREME</w:t>
            </w:r>
            <w:r>
              <w:rPr>
                <w:rFonts w:ascii="Aptos Display" w:hAnsi="Aptos Display"/>
                <w:b/>
                <w:color w:val="007A3D"/>
                <w:sz w:val="44"/>
              </w:rPr>
              <w:br/>
              <w:t>FUNDRAISER</w:t>
            </w:r>
          </w:p>
        </w:tc>
        <w:tc>
          <w:tcPr>
            <w:tcW w:w="35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64625" w14:textId="77777777" w:rsidR="00B2143F" w:rsidRDefault="00C86CC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7479ED" wp14:editId="737645BF">
                  <wp:extent cx="1325880" cy="57291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rispy_kreme_logo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72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D41A5E" w14:textId="77777777" w:rsidR="00B2143F" w:rsidRDefault="00C86CC6">
      <w:pPr>
        <w:spacing w:before="80" w:after="140"/>
        <w:jc w:val="center"/>
      </w:pPr>
      <w:r>
        <w:rPr>
          <w:b/>
          <w:color w:val="C8202F"/>
          <w:sz w:val="28"/>
        </w:rPr>
        <w:t>ORDER FORM</w:t>
      </w:r>
    </w:p>
    <w:tbl>
      <w:tblPr>
        <w:tblW w:w="0" w:type="auto"/>
        <w:jc w:val="center"/>
        <w:tblBorders>
          <w:top w:val="single" w:sz="6" w:space="0" w:color="B8D4BE"/>
          <w:left w:val="single" w:sz="6" w:space="0" w:color="B8D4BE"/>
          <w:bottom w:val="single" w:sz="6" w:space="0" w:color="B8D4BE"/>
          <w:right w:val="single" w:sz="6" w:space="0" w:color="B8D4BE"/>
          <w:insideH w:val="single" w:sz="6" w:space="0" w:color="B8D4BE"/>
          <w:insideV w:val="single" w:sz="6" w:space="0" w:color="B8D4BE"/>
        </w:tblBorders>
        <w:tblLayout w:type="fixed"/>
        <w:tblLook w:val="04A0" w:firstRow="1" w:lastRow="0" w:firstColumn="1" w:lastColumn="0" w:noHBand="0" w:noVBand="1"/>
      </w:tblPr>
      <w:tblGrid>
        <w:gridCol w:w="5328"/>
        <w:gridCol w:w="5328"/>
      </w:tblGrid>
      <w:tr w:rsidR="00B2143F" w14:paraId="4D76A752" w14:textId="77777777">
        <w:trPr>
          <w:jc w:val="center"/>
        </w:trPr>
        <w:tc>
          <w:tcPr>
            <w:tcW w:w="5328" w:type="dxa"/>
            <w:shd w:val="clear" w:color="auto" w:fill="EAF4E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404504E" w14:textId="77777777" w:rsidR="00B2143F" w:rsidRDefault="00C86CC6">
            <w:pPr>
              <w:spacing w:after="0"/>
              <w:jc w:val="center"/>
            </w:pPr>
            <w:r>
              <w:rPr>
                <w:b/>
                <w:color w:val="007A3D"/>
                <w:sz w:val="24"/>
              </w:rPr>
              <w:t xml:space="preserve"> $20 per dozen</w:t>
            </w:r>
          </w:p>
        </w:tc>
        <w:tc>
          <w:tcPr>
            <w:tcW w:w="5328" w:type="dxa"/>
            <w:shd w:val="clear" w:color="auto" w:fill="EAF4E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89971B" w14:textId="5650FAD9" w:rsidR="00B2143F" w:rsidRDefault="00C86CC6">
            <w:pPr>
              <w:spacing w:after="0"/>
              <w:jc w:val="center"/>
            </w:pPr>
            <w:r>
              <w:rPr>
                <w:b/>
                <w:color w:val="007A3D"/>
                <w:sz w:val="22"/>
              </w:rPr>
              <w:t xml:space="preserve">Orders due November </w:t>
            </w:r>
            <w:r w:rsidR="00AA4CE8">
              <w:rPr>
                <w:b/>
                <w:color w:val="007A3D"/>
                <w:sz w:val="22"/>
              </w:rPr>
              <w:t>5</w:t>
            </w:r>
            <w:r w:rsidR="00CC4CA1">
              <w:rPr>
                <w:b/>
                <w:color w:val="007A3D"/>
                <w:sz w:val="22"/>
              </w:rPr>
              <w:t>th</w:t>
            </w:r>
          </w:p>
        </w:tc>
      </w:tr>
    </w:tbl>
    <w:p w14:paraId="5BFDDDB0" w14:textId="6A777884" w:rsidR="00B2143F" w:rsidRDefault="00C86CC6">
      <w:pPr>
        <w:spacing w:before="100"/>
        <w:jc w:val="center"/>
        <w:rPr>
          <w:b/>
          <w:color w:val="333333"/>
        </w:rPr>
      </w:pPr>
      <w:r>
        <w:rPr>
          <w:b/>
          <w:color w:val="333333"/>
        </w:rPr>
        <w:t>Pickup: November 18</w:t>
      </w:r>
      <w:r w:rsidR="000203BA">
        <w:rPr>
          <w:b/>
          <w:color w:val="333333"/>
        </w:rPr>
        <w:t>th</w:t>
      </w:r>
      <w:r>
        <w:rPr>
          <w:b/>
          <w:color w:val="333333"/>
        </w:rPr>
        <w:t xml:space="preserve"> at 17 Burrows Rd</w:t>
      </w:r>
      <w:r w:rsidR="000203BA">
        <w:rPr>
          <w:b/>
          <w:color w:val="333333"/>
        </w:rPr>
        <w:t xml:space="preserve"> </w:t>
      </w:r>
    </w:p>
    <w:p w14:paraId="23143E1E" w14:textId="4920BED2" w:rsidR="00121BD9" w:rsidRDefault="00121BD9">
      <w:pPr>
        <w:spacing w:before="100"/>
        <w:jc w:val="center"/>
      </w:pPr>
      <w:r>
        <w:rPr>
          <w:b/>
          <w:color w:val="333333"/>
        </w:rPr>
        <w:t>Pick up time: 1</w:t>
      </w:r>
      <w:r w:rsidR="003D036E">
        <w:rPr>
          <w:b/>
          <w:color w:val="333333"/>
        </w:rPr>
        <w:t>:0</w:t>
      </w:r>
      <w:r>
        <w:rPr>
          <w:b/>
          <w:color w:val="333333"/>
        </w:rPr>
        <w:t>0-5:00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28"/>
        <w:gridCol w:w="5328"/>
      </w:tblGrid>
      <w:tr w:rsidR="00B2143F" w14:paraId="5D2E0580" w14:textId="77777777">
        <w:trPr>
          <w:jc w:val="center"/>
        </w:trPr>
        <w:tc>
          <w:tcPr>
            <w:tcW w:w="53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52E8E2B" w14:textId="77777777" w:rsidR="00B2143F" w:rsidRDefault="00C86CC6">
            <w:pPr>
              <w:spacing w:after="0"/>
            </w:pPr>
            <w:r>
              <w:rPr>
                <w:b/>
                <w:sz w:val="22"/>
              </w:rPr>
              <w:t>Order name:  __________________________________</w:t>
            </w:r>
          </w:p>
        </w:tc>
        <w:tc>
          <w:tcPr>
            <w:tcW w:w="53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610CA4E" w14:textId="77777777" w:rsidR="00B2143F" w:rsidRDefault="00C86CC6">
            <w:pPr>
              <w:spacing w:after="0"/>
            </w:pPr>
            <w:r>
              <w:rPr>
                <w:b/>
                <w:sz w:val="22"/>
              </w:rPr>
              <w:t>Phone number:  ______________________________</w:t>
            </w:r>
          </w:p>
        </w:tc>
      </w:tr>
      <w:tr w:rsidR="00B2143F" w14:paraId="286EE504" w14:textId="77777777">
        <w:trPr>
          <w:jc w:val="center"/>
        </w:trPr>
        <w:tc>
          <w:tcPr>
            <w:tcW w:w="53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995E04F" w14:textId="77777777" w:rsidR="00B2143F" w:rsidRDefault="00C86CC6">
            <w:pPr>
              <w:spacing w:after="0"/>
            </w:pPr>
            <w:r>
              <w:rPr>
                <w:b/>
                <w:sz w:val="22"/>
              </w:rPr>
              <w:t>Email (optional):  ______________________________</w:t>
            </w:r>
          </w:p>
        </w:tc>
        <w:tc>
          <w:tcPr>
            <w:tcW w:w="53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5CB0441" w14:textId="77777777" w:rsidR="00B2143F" w:rsidRDefault="00C86CC6">
            <w:pPr>
              <w:spacing w:after="0"/>
            </w:pPr>
            <w:r>
              <w:rPr>
                <w:b/>
                <w:sz w:val="22"/>
              </w:rPr>
              <w:t>Payment type:  ☐ Cash   ☐ Cheque   ☐ E-transfer</w:t>
            </w:r>
          </w:p>
        </w:tc>
      </w:tr>
    </w:tbl>
    <w:p w14:paraId="41549528" w14:textId="77777777" w:rsidR="00B2143F" w:rsidRDefault="00C86CC6">
      <w:pPr>
        <w:spacing w:before="240" w:after="80"/>
      </w:pPr>
      <w:r>
        <w:rPr>
          <w:b/>
          <w:color w:val="007A3D"/>
          <w:sz w:val="24"/>
        </w:rPr>
        <w:t>ORDER DETAILS</w:t>
      </w:r>
    </w:p>
    <w:tbl>
      <w:tblPr>
        <w:tblW w:w="0" w:type="auto"/>
        <w:jc w:val="center"/>
        <w:tblBorders>
          <w:top w:val="single" w:sz="8" w:space="0" w:color="D9D9D9"/>
          <w:left w:val="single" w:sz="8" w:space="0" w:color="D9D9D9"/>
          <w:bottom w:val="single" w:sz="8" w:space="0" w:color="D9D9D9"/>
          <w:right w:val="single" w:sz="8" w:space="0" w:color="D9D9D9"/>
          <w:insideH w:val="single" w:sz="8" w:space="0" w:color="D9D9D9"/>
          <w:insideV w:val="single" w:sz="8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2664"/>
        <w:gridCol w:w="2664"/>
        <w:gridCol w:w="2664"/>
        <w:gridCol w:w="2664"/>
      </w:tblGrid>
      <w:tr w:rsidR="00B2143F" w14:paraId="16A85757" w14:textId="77777777">
        <w:trPr>
          <w:jc w:val="center"/>
        </w:trPr>
        <w:tc>
          <w:tcPr>
            <w:tcW w:w="2664" w:type="dxa"/>
            <w:shd w:val="clear" w:color="auto" w:fill="007A3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4EAFD0A" w14:textId="77777777" w:rsidR="00B2143F" w:rsidRDefault="00C86CC6">
            <w:pPr>
              <w:spacing w:after="0"/>
              <w:jc w:val="center"/>
            </w:pPr>
            <w:r>
              <w:rPr>
                <w:b/>
                <w:color w:val="FFFFFF"/>
              </w:rPr>
              <w:t>#</w:t>
            </w:r>
          </w:p>
        </w:tc>
        <w:tc>
          <w:tcPr>
            <w:tcW w:w="2664" w:type="dxa"/>
            <w:shd w:val="clear" w:color="auto" w:fill="007A3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5FA5CD9" w14:textId="77777777" w:rsidR="00B2143F" w:rsidRDefault="00C86CC6">
            <w:pPr>
              <w:spacing w:after="0"/>
              <w:jc w:val="center"/>
            </w:pPr>
            <w:r>
              <w:rPr>
                <w:b/>
                <w:color w:val="FFFFFF"/>
              </w:rPr>
              <w:t>Customer's Name</w:t>
            </w:r>
          </w:p>
        </w:tc>
        <w:tc>
          <w:tcPr>
            <w:tcW w:w="2664" w:type="dxa"/>
            <w:shd w:val="clear" w:color="auto" w:fill="007A3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C8C01C" w14:textId="77777777" w:rsidR="00B2143F" w:rsidRDefault="00C86CC6">
            <w:pPr>
              <w:spacing w:after="0"/>
              <w:jc w:val="center"/>
            </w:pPr>
            <w:r>
              <w:rPr>
                <w:b/>
                <w:color w:val="FFFFFF"/>
              </w:rPr>
              <w:t>Quantity</w:t>
            </w:r>
          </w:p>
        </w:tc>
        <w:tc>
          <w:tcPr>
            <w:tcW w:w="2664" w:type="dxa"/>
            <w:shd w:val="clear" w:color="auto" w:fill="007A3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07EAC65" w14:textId="77777777" w:rsidR="00B2143F" w:rsidRDefault="00C86CC6">
            <w:pPr>
              <w:spacing w:after="0"/>
              <w:jc w:val="center"/>
            </w:pPr>
            <w:r>
              <w:rPr>
                <w:b/>
                <w:color w:val="FFFFFF"/>
              </w:rPr>
              <w:t>Total</w:t>
            </w:r>
          </w:p>
        </w:tc>
      </w:tr>
      <w:tr w:rsidR="00B2143F" w14:paraId="3E70858A" w14:textId="77777777">
        <w:trPr>
          <w:jc w:val="center"/>
        </w:trPr>
        <w:tc>
          <w:tcPr>
            <w:tcW w:w="26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32B645F" w14:textId="77777777" w:rsidR="00B2143F" w:rsidRDefault="00C86CC6">
            <w:pPr>
              <w:spacing w:after="0"/>
              <w:jc w:val="center"/>
            </w:pPr>
            <w:r>
              <w:t>1</w:t>
            </w:r>
          </w:p>
        </w:tc>
        <w:tc>
          <w:tcPr>
            <w:tcW w:w="26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2B66598" w14:textId="77777777" w:rsidR="00B2143F" w:rsidRDefault="00B2143F">
            <w:pPr>
              <w:spacing w:after="0"/>
            </w:pPr>
          </w:p>
        </w:tc>
        <w:tc>
          <w:tcPr>
            <w:tcW w:w="26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64488A" w14:textId="77777777" w:rsidR="00B2143F" w:rsidRDefault="00B2143F">
            <w:pPr>
              <w:spacing w:after="0"/>
              <w:jc w:val="center"/>
            </w:pPr>
          </w:p>
        </w:tc>
        <w:tc>
          <w:tcPr>
            <w:tcW w:w="26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3FCB8C" w14:textId="14082F08" w:rsidR="00B2143F" w:rsidRDefault="00274538" w:rsidP="00274538">
            <w:pPr>
              <w:spacing w:after="0"/>
            </w:pPr>
            <w:r>
              <w:t>$</w:t>
            </w:r>
          </w:p>
        </w:tc>
      </w:tr>
      <w:tr w:rsidR="00B2143F" w14:paraId="3B36C067" w14:textId="77777777">
        <w:trPr>
          <w:jc w:val="center"/>
        </w:trPr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DBFC423" w14:textId="77777777" w:rsidR="00B2143F" w:rsidRDefault="00C86CC6">
            <w:pPr>
              <w:spacing w:after="0"/>
              <w:jc w:val="center"/>
            </w:pPr>
            <w:r>
              <w:t>2</w:t>
            </w:r>
          </w:p>
        </w:tc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0D47E15" w14:textId="77777777" w:rsidR="00B2143F" w:rsidRDefault="00B2143F">
            <w:pPr>
              <w:spacing w:after="0"/>
            </w:pPr>
          </w:p>
        </w:tc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2F5BFC6" w14:textId="77777777" w:rsidR="00B2143F" w:rsidRDefault="00B2143F">
            <w:pPr>
              <w:spacing w:after="0"/>
              <w:jc w:val="center"/>
            </w:pPr>
          </w:p>
        </w:tc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8CAE819" w14:textId="1900FF14" w:rsidR="00B2143F" w:rsidRDefault="00274538" w:rsidP="00274538">
            <w:pPr>
              <w:spacing w:after="0"/>
            </w:pPr>
            <w:r>
              <w:t>$</w:t>
            </w:r>
          </w:p>
        </w:tc>
      </w:tr>
      <w:tr w:rsidR="00B2143F" w14:paraId="0B621219" w14:textId="77777777">
        <w:trPr>
          <w:jc w:val="center"/>
        </w:trPr>
        <w:tc>
          <w:tcPr>
            <w:tcW w:w="26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E800789" w14:textId="77777777" w:rsidR="00B2143F" w:rsidRDefault="00C86CC6">
            <w:pPr>
              <w:spacing w:after="0"/>
              <w:jc w:val="center"/>
            </w:pPr>
            <w:r>
              <w:t>3</w:t>
            </w:r>
          </w:p>
        </w:tc>
        <w:tc>
          <w:tcPr>
            <w:tcW w:w="26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0ADDD9F" w14:textId="77777777" w:rsidR="00B2143F" w:rsidRDefault="00B2143F">
            <w:pPr>
              <w:spacing w:after="0"/>
            </w:pPr>
          </w:p>
        </w:tc>
        <w:tc>
          <w:tcPr>
            <w:tcW w:w="26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91C0836" w14:textId="77777777" w:rsidR="00B2143F" w:rsidRDefault="00B2143F">
            <w:pPr>
              <w:spacing w:after="0"/>
              <w:jc w:val="center"/>
            </w:pPr>
          </w:p>
        </w:tc>
        <w:tc>
          <w:tcPr>
            <w:tcW w:w="26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73C53B" w14:textId="59C53CFE" w:rsidR="00B2143F" w:rsidRDefault="00B80F26" w:rsidP="00B80F26">
            <w:pPr>
              <w:spacing w:after="0"/>
            </w:pPr>
            <w:r>
              <w:t>$</w:t>
            </w:r>
          </w:p>
        </w:tc>
      </w:tr>
      <w:tr w:rsidR="00B2143F" w14:paraId="08B8AAF9" w14:textId="77777777">
        <w:trPr>
          <w:jc w:val="center"/>
        </w:trPr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C5CFC42" w14:textId="77777777" w:rsidR="00B2143F" w:rsidRDefault="00C86CC6">
            <w:pPr>
              <w:spacing w:after="0"/>
              <w:jc w:val="center"/>
            </w:pPr>
            <w:r>
              <w:t>4</w:t>
            </w:r>
          </w:p>
        </w:tc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6464C24" w14:textId="77777777" w:rsidR="00B2143F" w:rsidRDefault="00B2143F">
            <w:pPr>
              <w:spacing w:after="0"/>
            </w:pPr>
          </w:p>
        </w:tc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1E3C496" w14:textId="77777777" w:rsidR="00B2143F" w:rsidRDefault="00B2143F">
            <w:pPr>
              <w:spacing w:after="0"/>
              <w:jc w:val="center"/>
            </w:pPr>
          </w:p>
        </w:tc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9F9A195" w14:textId="7EC1B2E3" w:rsidR="00B2143F" w:rsidRDefault="00B80F26" w:rsidP="00B80F26">
            <w:pPr>
              <w:spacing w:after="0"/>
            </w:pPr>
            <w:r>
              <w:t>$</w:t>
            </w:r>
          </w:p>
        </w:tc>
      </w:tr>
      <w:tr w:rsidR="00B2143F" w14:paraId="3A705C99" w14:textId="77777777">
        <w:trPr>
          <w:jc w:val="center"/>
        </w:trPr>
        <w:tc>
          <w:tcPr>
            <w:tcW w:w="26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83BDC4" w14:textId="77777777" w:rsidR="00B2143F" w:rsidRDefault="00C86CC6">
            <w:pPr>
              <w:spacing w:after="0"/>
              <w:jc w:val="center"/>
            </w:pPr>
            <w:r>
              <w:t>5</w:t>
            </w:r>
          </w:p>
        </w:tc>
        <w:tc>
          <w:tcPr>
            <w:tcW w:w="26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C13E197" w14:textId="77777777" w:rsidR="00B2143F" w:rsidRDefault="00B2143F">
            <w:pPr>
              <w:spacing w:after="0"/>
            </w:pPr>
          </w:p>
        </w:tc>
        <w:tc>
          <w:tcPr>
            <w:tcW w:w="26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1C25271" w14:textId="77777777" w:rsidR="00B2143F" w:rsidRDefault="00B2143F">
            <w:pPr>
              <w:spacing w:after="0"/>
              <w:jc w:val="center"/>
            </w:pPr>
          </w:p>
        </w:tc>
        <w:tc>
          <w:tcPr>
            <w:tcW w:w="26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6E1AB2B" w14:textId="67F8ADC4" w:rsidR="00B2143F" w:rsidRDefault="00B80F26" w:rsidP="00B80F26">
            <w:pPr>
              <w:spacing w:after="0"/>
            </w:pPr>
            <w:r>
              <w:t>$</w:t>
            </w:r>
          </w:p>
        </w:tc>
      </w:tr>
      <w:tr w:rsidR="00B2143F" w14:paraId="05EAD28F" w14:textId="77777777">
        <w:trPr>
          <w:jc w:val="center"/>
        </w:trPr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9D3A78" w14:textId="77777777" w:rsidR="00B2143F" w:rsidRDefault="00C86CC6">
            <w:pPr>
              <w:spacing w:after="0"/>
              <w:jc w:val="center"/>
            </w:pPr>
            <w:r>
              <w:t>6</w:t>
            </w:r>
          </w:p>
        </w:tc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1D8BBC0" w14:textId="77777777" w:rsidR="00B2143F" w:rsidRDefault="00B2143F">
            <w:pPr>
              <w:spacing w:after="0"/>
            </w:pPr>
          </w:p>
        </w:tc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2A78A65" w14:textId="77777777" w:rsidR="00B2143F" w:rsidRDefault="00B2143F">
            <w:pPr>
              <w:spacing w:after="0"/>
              <w:jc w:val="center"/>
            </w:pPr>
          </w:p>
        </w:tc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0750FC5" w14:textId="4A2F296B" w:rsidR="00B2143F" w:rsidRDefault="00B80F26" w:rsidP="00B80F26">
            <w:pPr>
              <w:spacing w:after="0"/>
            </w:pPr>
            <w:r>
              <w:t>$</w:t>
            </w:r>
          </w:p>
        </w:tc>
      </w:tr>
      <w:tr w:rsidR="00B2143F" w14:paraId="45C1A519" w14:textId="77777777">
        <w:trPr>
          <w:jc w:val="center"/>
        </w:trPr>
        <w:tc>
          <w:tcPr>
            <w:tcW w:w="2664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C9C7132" w14:textId="77777777" w:rsidR="00B2143F" w:rsidRDefault="00C86CC6">
            <w:pPr>
              <w:spacing w:after="0"/>
              <w:jc w:val="center"/>
            </w:pPr>
            <w:r>
              <w:t>7</w:t>
            </w:r>
          </w:p>
        </w:tc>
        <w:tc>
          <w:tcPr>
            <w:tcW w:w="2664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8AF5C50" w14:textId="77777777" w:rsidR="00B2143F" w:rsidRDefault="00B2143F">
            <w:pPr>
              <w:spacing w:after="0"/>
            </w:pPr>
          </w:p>
        </w:tc>
        <w:tc>
          <w:tcPr>
            <w:tcW w:w="2664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A75380A" w14:textId="77777777" w:rsidR="00B2143F" w:rsidRDefault="00B2143F">
            <w:pPr>
              <w:spacing w:after="0"/>
              <w:jc w:val="center"/>
            </w:pPr>
          </w:p>
        </w:tc>
        <w:tc>
          <w:tcPr>
            <w:tcW w:w="2664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DF39C58" w14:textId="3BDECBCA" w:rsidR="00B80F26" w:rsidRDefault="00B80F26" w:rsidP="00B80F26">
            <w:pPr>
              <w:spacing w:after="0"/>
            </w:pPr>
            <w:r>
              <w:t>$</w:t>
            </w:r>
          </w:p>
        </w:tc>
      </w:tr>
      <w:tr w:rsidR="00B2143F" w14:paraId="43D30181" w14:textId="77777777">
        <w:trPr>
          <w:jc w:val="center"/>
        </w:trPr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0E794B6" w14:textId="77777777" w:rsidR="00B2143F" w:rsidRDefault="00C86CC6">
            <w:pPr>
              <w:spacing w:after="0"/>
              <w:jc w:val="center"/>
            </w:pPr>
            <w:r>
              <w:t>8</w:t>
            </w:r>
          </w:p>
        </w:tc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F40E1C9" w14:textId="77777777" w:rsidR="00B2143F" w:rsidRDefault="00B2143F">
            <w:pPr>
              <w:spacing w:after="0"/>
            </w:pPr>
          </w:p>
        </w:tc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722A36D" w14:textId="77777777" w:rsidR="00B2143F" w:rsidRDefault="00B2143F">
            <w:pPr>
              <w:spacing w:after="0"/>
              <w:jc w:val="center"/>
            </w:pPr>
          </w:p>
        </w:tc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6E46A68" w14:textId="6D3CD12F" w:rsidR="00B2143F" w:rsidRDefault="00B80F26" w:rsidP="00B80F26">
            <w:pPr>
              <w:spacing w:after="0"/>
            </w:pPr>
            <w:r>
              <w:t>$</w:t>
            </w:r>
          </w:p>
        </w:tc>
      </w:tr>
      <w:tr w:rsidR="00B2143F" w14:paraId="1ED7D15F" w14:textId="77777777">
        <w:trPr>
          <w:jc w:val="center"/>
        </w:trPr>
        <w:tc>
          <w:tcPr>
            <w:tcW w:w="2664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ED9705" w14:textId="77777777" w:rsidR="00B2143F" w:rsidRDefault="00C86CC6">
            <w:pPr>
              <w:spacing w:after="0"/>
              <w:jc w:val="center"/>
            </w:pPr>
            <w:r>
              <w:t>9</w:t>
            </w:r>
          </w:p>
        </w:tc>
        <w:tc>
          <w:tcPr>
            <w:tcW w:w="2664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C7568A" w14:textId="77777777" w:rsidR="00B2143F" w:rsidRDefault="00B2143F">
            <w:pPr>
              <w:spacing w:after="0"/>
            </w:pPr>
          </w:p>
        </w:tc>
        <w:tc>
          <w:tcPr>
            <w:tcW w:w="2664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B4F96B1" w14:textId="77777777" w:rsidR="00B2143F" w:rsidRDefault="00B2143F">
            <w:pPr>
              <w:spacing w:after="0"/>
              <w:jc w:val="center"/>
            </w:pPr>
          </w:p>
        </w:tc>
        <w:tc>
          <w:tcPr>
            <w:tcW w:w="2664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754E4BC" w14:textId="1D16976F" w:rsidR="00B2143F" w:rsidRDefault="00B80F26" w:rsidP="00B80F26">
            <w:pPr>
              <w:spacing w:after="0"/>
            </w:pPr>
            <w:r>
              <w:t>$</w:t>
            </w:r>
          </w:p>
        </w:tc>
      </w:tr>
      <w:tr w:rsidR="00B2143F" w14:paraId="7F72E74C" w14:textId="77777777">
        <w:trPr>
          <w:jc w:val="center"/>
        </w:trPr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887F184" w14:textId="77777777" w:rsidR="00B2143F" w:rsidRDefault="00C86CC6">
            <w:pPr>
              <w:spacing w:after="0"/>
              <w:jc w:val="center"/>
            </w:pPr>
            <w:r>
              <w:t>10</w:t>
            </w:r>
          </w:p>
        </w:tc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2494425" w14:textId="77777777" w:rsidR="00B2143F" w:rsidRDefault="00B2143F">
            <w:pPr>
              <w:spacing w:after="0"/>
            </w:pPr>
          </w:p>
        </w:tc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FC82E8E" w14:textId="77777777" w:rsidR="00B2143F" w:rsidRDefault="00B2143F">
            <w:pPr>
              <w:spacing w:after="0"/>
              <w:jc w:val="center"/>
            </w:pPr>
          </w:p>
        </w:tc>
        <w:tc>
          <w:tcPr>
            <w:tcW w:w="2664" w:type="dxa"/>
            <w:shd w:val="clear" w:color="auto" w:fill="F7F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DAF0C2D" w14:textId="06BC4808" w:rsidR="00B2143F" w:rsidRDefault="00B80F26" w:rsidP="00B80F26">
            <w:pPr>
              <w:spacing w:after="0"/>
            </w:pPr>
            <w:r>
              <w:t>$</w:t>
            </w:r>
          </w:p>
        </w:tc>
      </w:tr>
    </w:tbl>
    <w:p w14:paraId="76203D5A" w14:textId="77777777" w:rsidR="00B2143F" w:rsidRDefault="00C86CC6">
      <w:pPr>
        <w:spacing w:before="140"/>
        <w:jc w:val="right"/>
      </w:pPr>
      <w:r>
        <w:rPr>
          <w:b/>
          <w:sz w:val="22"/>
        </w:rPr>
        <w:t>Total number of dozens:  ________     Amount due:  $____________</w:t>
      </w:r>
    </w:p>
    <w:p w14:paraId="4DDE9184" w14:textId="77777777" w:rsidR="00B2143F" w:rsidRDefault="00C86CC6">
      <w:pPr>
        <w:spacing w:after="0"/>
        <w:jc w:val="center"/>
      </w:pPr>
      <w:r>
        <w:rPr>
          <w:b/>
          <w:color w:val="C8202F"/>
          <w:sz w:val="22"/>
        </w:rPr>
        <w:t>Thank you for supporting Children’s Place Co-op Daycare!</w:t>
      </w:r>
    </w:p>
    <w:p w14:paraId="6E815D7A" w14:textId="77777777" w:rsidR="00B2143F" w:rsidRDefault="00C86CC6">
      <w:pPr>
        <w:spacing w:before="40" w:after="0"/>
        <w:jc w:val="center"/>
      </w:pPr>
      <w:r>
        <w:rPr>
          <w:color w:val="555555"/>
          <w:sz w:val="19"/>
        </w:rPr>
        <w:t>Questions?  cpci@mymts.net  |  E-transfers:  cpcifinances@mymts.net</w:t>
      </w:r>
    </w:p>
    <w:sectPr w:rsidR="00B2143F" w:rsidSect="00034616">
      <w:pgSz w:w="12240" w:h="15840"/>
      <w:pgMar w:top="605" w:right="792" w:bottom="648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71986298">
    <w:abstractNumId w:val="8"/>
  </w:num>
  <w:num w:numId="2" w16cid:durableId="1047292975">
    <w:abstractNumId w:val="6"/>
  </w:num>
  <w:num w:numId="3" w16cid:durableId="79373896">
    <w:abstractNumId w:val="5"/>
  </w:num>
  <w:num w:numId="4" w16cid:durableId="1590892469">
    <w:abstractNumId w:val="4"/>
  </w:num>
  <w:num w:numId="5" w16cid:durableId="1714189710">
    <w:abstractNumId w:val="7"/>
  </w:num>
  <w:num w:numId="6" w16cid:durableId="1714693708">
    <w:abstractNumId w:val="3"/>
  </w:num>
  <w:num w:numId="7" w16cid:durableId="848908451">
    <w:abstractNumId w:val="2"/>
  </w:num>
  <w:num w:numId="8" w16cid:durableId="848449346">
    <w:abstractNumId w:val="1"/>
  </w:num>
  <w:num w:numId="9" w16cid:durableId="2097365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03BA"/>
    <w:rsid w:val="00034616"/>
    <w:rsid w:val="0006063C"/>
    <w:rsid w:val="00121BD9"/>
    <w:rsid w:val="0015074B"/>
    <w:rsid w:val="00274538"/>
    <w:rsid w:val="0029639D"/>
    <w:rsid w:val="00326F90"/>
    <w:rsid w:val="003D036E"/>
    <w:rsid w:val="00400C5E"/>
    <w:rsid w:val="00502C26"/>
    <w:rsid w:val="006579C4"/>
    <w:rsid w:val="00AA1D8D"/>
    <w:rsid w:val="00AA4CE8"/>
    <w:rsid w:val="00B2143F"/>
    <w:rsid w:val="00B47730"/>
    <w:rsid w:val="00B80F26"/>
    <w:rsid w:val="00C86CC6"/>
    <w:rsid w:val="00CB0664"/>
    <w:rsid w:val="00CC4CA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192BD92F-5234-48C3-B1C9-BA7866214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Krispy Kreme Fundraiser Order Form</dc:title>
  <dc:subject/>
  <dc:creator>Children’s Place Co-op Daycare</dc:creator>
  <cp:keywords/>
  <dc:description>generated by python-docx</dc:description>
  <cp:lastModifiedBy>Children's Place Cooperative</cp:lastModifiedBy>
  <cp:revision>7</cp:revision>
  <dcterms:created xsi:type="dcterms:W3CDTF">2026-09-15T16:35:00Z</dcterms:created>
  <dcterms:modified xsi:type="dcterms:W3CDTF">2026-10-15T15:19:00Z</dcterms:modified>
  <cp:category/>
</cp:coreProperties>
</file>